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7F7F7F"/>
          <w:sz w:val="22"/>
        </w:rPr>
        <w:t>BRAINHACK DONOSTIA</w:t>
      </w:r>
    </w:p>
    <w:p>
      <w:pPr>
        <w:pStyle w:val="Title"/>
      </w:pPr>
      <w:r>
        <w:t>Project Template</w:t>
      </w:r>
    </w:p>
    <w:p>
      <w:pPr>
        <w:pStyle w:val="Subtitle"/>
      </w:pPr>
      <w:r>
        <w:rPr>
          <w:b w:val="0"/>
          <w:i w:val="0"/>
        </w:rPr>
        <w:t>A write-up template for participants. Based on the BrainHack School Project Guide (school-brainhack.github.io/project_guide).</w:t>
      </w:r>
    </w:p>
    <w:p>
      <w:pPr>
        <w:spacing w:before="80" w:after="200"/>
        <w:pBdr>
          <w:bottom w:val="single" w:sz="8" w:space="1" w:color="2E5496"/>
        </w:pBdr>
      </w:pPr>
    </w:p>
    <w:p>
      <w:pPr>
        <w:pStyle w:val="Heading2"/>
      </w:pPr>
      <w:r>
        <w:rPr>
          <w:b w:val="0"/>
          <w:i w:val="0"/>
        </w:rPr>
        <w:t>How to use this template</w:t>
      </w:r>
    </w:p>
    <w:p>
      <w:pPr>
        <w:spacing w:after="120"/>
      </w:pPr>
      <w:r>
        <w:rPr>
          <w:b w:val="0"/>
          <w:i w:val="0"/>
        </w:rPr>
        <w:t>Fill in every section below. Replace the grey hint text with your own content and delete the hints you do not need.</w:t>
      </w:r>
    </w:p>
    <w:p>
      <w:pPr>
        <w:pStyle w:val="ListBullet"/>
        <w:spacing w:after="40"/>
      </w:pPr>
      <w:r>
        <w:t>Write in English (the common language of the school).</w:t>
      </w:r>
    </w:p>
    <w:p>
      <w:pPr>
        <w:pStyle w:val="ListBullet"/>
        <w:spacing w:after="40"/>
      </w:pPr>
      <w:r>
        <w:t>Keep it concise and structured: this document mirrors a project README.</w:t>
      </w:r>
    </w:p>
    <w:p>
      <w:pPr>
        <w:pStyle w:val="ListBullet"/>
        <w:spacing w:after="40"/>
      </w:pPr>
      <w:r>
        <w:t>Insert figures, plots and tables in the Results section; give each one a caption.</w:t>
      </w:r>
    </w:p>
    <w:p>
      <w:pPr>
        <w:pStyle w:val="ListBullet"/>
        <w:spacing w:after="40"/>
      </w:pPr>
      <w:r>
        <w:t>Aim to use at least 3 open-science tools and 1 new skill learned during the school.</w:t>
      </w:r>
    </w:p>
    <w:p>
      <w:pPr>
        <w:pStyle w:val="ListBullet"/>
        <w:spacing w:after="40"/>
      </w:pPr>
      <w:r>
        <w:t>When you are done, save/export the file and add it (with your code) to your GitHub project repository.</w:t>
      </w:r>
    </w:p>
    <w:p>
      <w:pPr>
        <w:spacing w:after="80"/>
      </w:pPr>
    </w:p>
    <w:p>
      <w:pPr>
        <w:pStyle w:val="Heading1"/>
      </w:pPr>
      <w:r>
        <w:rPr>
          <w:b w:val="0"/>
          <w:i w:val="0"/>
        </w:rPr>
        <w:t>Project information</w:t>
      </w:r>
    </w:p>
    <w:p>
      <w:pPr>
        <w:spacing w:after="200"/>
      </w:pPr>
      <w:r>
        <w:rPr>
          <w:b w:val="0"/>
          <w:i/>
          <w:color w:val="808080"/>
          <w:sz w:val="20"/>
        </w:rPr>
        <w:t>Complete the table. The summary should be 2-3 sentences that a newcomer can understand.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551"/>
            <w:shd w:val="clear" w:color="auto" w:fill="D9E2F3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F3864"/>
                <w:sz w:val="20"/>
              </w:rPr>
              <w:t>Field</w:t>
            </w:r>
          </w:p>
        </w:tc>
        <w:tc>
          <w:tcPr>
            <w:tcW w:type="dxa" w:w="6520"/>
            <w:shd w:val="clear" w:color="auto" w:fill="D9E2F3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F3864"/>
                <w:sz w:val="20"/>
              </w:rPr>
              <w:t>Your answer</w:t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Project title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Author(s)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Affiliation(s)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Contact email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Date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GitHub repository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Website / slides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Tags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/>
            <w:r>
              <w:rPr>
                <w:b/>
                <w:i w:val="0"/>
                <w:sz w:val="20"/>
              </w:rPr>
              <w:t>Summary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rPr>
          <w:b w:val="0"/>
          <w:i w:val="0"/>
        </w:rPr>
        <w:t>1. Project definition</w:t>
      </w:r>
    </w:p>
    <w:p>
      <w:pPr>
        <w:pStyle w:val="Heading2"/>
      </w:pPr>
      <w:r>
        <w:rPr>
          <w:b w:val="0"/>
          <w:i w:val="0"/>
        </w:rPr>
        <w:t>Background</w:t>
      </w:r>
    </w:p>
    <w:p>
      <w:pPr>
        <w:spacing w:after="200"/>
      </w:pPr>
      <w:r>
        <w:rPr>
          <w:b w:val="0"/>
          <w:i/>
          <w:color w:val="808080"/>
          <w:sz w:val="20"/>
        </w:rPr>
        <w:t>Describe the scientific context and motivation. What problem are you addressing, and why does it matter?</w:t>
      </w:r>
    </w:p>
    <w:p>
      <w:pPr>
        <w:pStyle w:val="Heading2"/>
      </w:pPr>
      <w:r>
        <w:rPr>
          <w:b w:val="0"/>
          <w:i w:val="0"/>
        </w:rPr>
        <w:t>Objectives</w:t>
      </w:r>
    </w:p>
    <w:p>
      <w:pPr>
        <w:spacing w:after="200"/>
      </w:pPr>
      <w:r>
        <w:rPr>
          <w:b w:val="0"/>
          <w:i/>
          <w:color w:val="808080"/>
          <w:sz w:val="20"/>
        </w:rPr>
        <w:t>List the concrete question(s) your project aims to answer, or the specific goals you set for yourself.</w:t>
      </w:r>
    </w:p>
    <w:p>
      <w:pPr>
        <w:pStyle w:val="Heading2"/>
      </w:pPr>
      <w:r>
        <w:rPr>
          <w:b w:val="0"/>
          <w:i w:val="0"/>
        </w:rPr>
        <w:t>Tools</w:t>
      </w:r>
    </w:p>
    <w:p>
      <w:pPr>
        <w:spacing w:after="200"/>
      </w:pPr>
      <w:r>
        <w:rPr>
          <w:b w:val="0"/>
          <w:i/>
          <w:color w:val="808080"/>
          <w:sz w:val="20"/>
        </w:rPr>
        <w:t>Which 3 open-science tools did you use? Examples: Git, GitHub, containers, Python, BIDS, Jupyter notebooks, Binder. If you did not use 3, explain why.</w:t>
      </w:r>
    </w:p>
    <w:p>
      <w:pPr>
        <w:pStyle w:val="ListBullet"/>
        <w:spacing w:after="40"/>
      </w:pPr>
      <w:r>
        <w:t>Tool 1 —</w:t>
      </w:r>
    </w:p>
    <w:p>
      <w:pPr>
        <w:pStyle w:val="ListBullet"/>
        <w:spacing w:after="40"/>
      </w:pPr>
      <w:r>
        <w:t>Tool 2 —</w:t>
      </w:r>
    </w:p>
    <w:p>
      <w:pPr>
        <w:pStyle w:val="ListBullet"/>
        <w:spacing w:after="40"/>
      </w:pPr>
      <w:r>
        <w:t>Tool 3 —</w:t>
      </w:r>
    </w:p>
    <w:p>
      <w:pPr>
        <w:pStyle w:val="Heading2"/>
      </w:pPr>
      <w:r>
        <w:rPr>
          <w:b w:val="0"/>
          <w:i w:val="0"/>
        </w:rPr>
        <w:t>Data</w:t>
      </w:r>
    </w:p>
    <w:p>
      <w:pPr>
        <w:spacing w:after="200"/>
      </w:pPr>
      <w:r>
        <w:rPr>
          <w:b w:val="0"/>
          <w:i/>
          <w:color w:val="808080"/>
          <w:sz w:val="20"/>
        </w:rPr>
        <w:t>Which dataset(s) did you use? Give the source, an access link and the license. If the data are private or simulated, state it clearly.</w:t>
      </w:r>
    </w:p>
    <w:p>
      <w:pPr>
        <w:spacing w:after="40"/>
      </w:pPr>
      <w:r>
        <w:rPr>
          <w:b/>
          <w:i w:val="0"/>
        </w:rPr>
        <w:t>Data source:</w:t>
      </w:r>
    </w:p>
    <w:p>
      <w:pPr>
        <w:spacing w:after="160"/>
      </w:pPr>
      <w:r>
        <w:rPr>
          <w:b/>
          <w:i w:val="0"/>
        </w:rPr>
        <w:t>License / access:</w:t>
      </w:r>
    </w:p>
    <w:p>
      <w:pPr>
        <w:pStyle w:val="Heading2"/>
      </w:pPr>
      <w:r>
        <w:rPr>
          <w:b w:val="0"/>
          <w:i w:val="0"/>
        </w:rPr>
        <w:t>Deliverables</w:t>
      </w:r>
    </w:p>
    <w:p>
      <w:pPr>
        <w:spacing w:after="200"/>
      </w:pPr>
      <w:r>
        <w:rPr>
          <w:b w:val="0"/>
          <w:i/>
          <w:color w:val="808080"/>
          <w:sz w:val="20"/>
        </w:rPr>
        <w:t>What will you produce at the end? Examples: code, a Jupyter notebook, figures, a report, a website, a presentation.</w:t>
      </w:r>
    </w:p>
    <w:p>
      <w:pPr>
        <w:pStyle w:val="ListBullet"/>
        <w:spacing w:after="40"/>
      </w:pPr>
      <w:r/>
    </w:p>
    <w:p>
      <w:pPr>
        <w:pStyle w:val="ListBullet"/>
        <w:spacing w:after="40"/>
      </w:pPr>
      <w:r/>
    </w:p>
    <w:p>
      <w:pPr>
        <w:pStyle w:val="ListBullet"/>
        <w:spacing w:after="40"/>
      </w:pPr>
      <w:r/>
    </w:p>
    <w:p>
      <w:pPr>
        <w:pStyle w:val="Heading1"/>
      </w:pPr>
      <w:r>
        <w:rPr>
          <w:b w:val="0"/>
          <w:i w:val="0"/>
        </w:rPr>
        <w:t>2. Results</w:t>
      </w:r>
    </w:p>
    <w:p>
      <w:pPr>
        <w:pStyle w:val="Heading2"/>
      </w:pPr>
      <w:r>
        <w:rPr>
          <w:b w:val="0"/>
          <w:i w:val="0"/>
        </w:rPr>
        <w:t>Progress overview</w:t>
      </w:r>
    </w:p>
    <w:p>
      <w:pPr>
        <w:spacing w:after="200"/>
      </w:pPr>
      <w:r>
        <w:rPr>
          <w:b w:val="0"/>
          <w:i/>
          <w:color w:val="808080"/>
          <w:sz w:val="20"/>
        </w:rPr>
        <w:t>Summarise what was done and the overall status of the project. What worked, what did not?</w:t>
      </w:r>
    </w:p>
    <w:p>
      <w:pPr>
        <w:pStyle w:val="Heading2"/>
      </w:pPr>
      <w:r>
        <w:rPr>
          <w:b w:val="0"/>
          <w:i w:val="0"/>
        </w:rPr>
        <w:t>Tools and skills I learned during this project</w:t>
      </w:r>
    </w:p>
    <w:p>
      <w:pPr>
        <w:spacing w:after="200"/>
      </w:pPr>
      <w:r>
        <w:rPr>
          <w:b w:val="0"/>
          <w:i/>
          <w:color w:val="808080"/>
          <w:sz w:val="20"/>
        </w:rPr>
        <w:t>List the new skill(s), method(s) or technolog(ies) you learned during the school (e.g. machine learning, connectivity estimation, high-performance computing, DataLad) and how you applied them.</w:t>
      </w:r>
    </w:p>
    <w:p>
      <w:pPr>
        <w:pStyle w:val="Heading2"/>
      </w:pPr>
      <w:r>
        <w:rPr>
          <w:b w:val="0"/>
          <w:i w:val="0"/>
        </w:rPr>
        <w:t>Results</w:t>
      </w:r>
    </w:p>
    <w:p>
      <w:pPr>
        <w:spacing w:after="200"/>
      </w:pPr>
      <w:r>
        <w:rPr>
          <w:b w:val="0"/>
          <w:i/>
          <w:color w:val="808080"/>
          <w:sz w:val="20"/>
        </w:rPr>
        <w:t>Present your main findings. Insert your figures, plots or tables below and add a caption for each one.</w:t>
      </w:r>
    </w:p>
    <w:p>
      <w:pPr>
        <w:spacing w:after="280"/>
        <w:jc w:val="center"/>
      </w:pPr>
      <w:r>
        <w:rPr>
          <w:b w:val="0"/>
          <w:i/>
          <w:color w:val="808080"/>
        </w:rPr>
        <w:t>[ Figure 1. Caption here. ]</w:t>
      </w:r>
    </w:p>
    <w:p>
      <w:pPr>
        <w:spacing w:after="280"/>
        <w:jc w:val="center"/>
      </w:pPr>
      <w:r>
        <w:rPr>
          <w:b w:val="0"/>
          <w:i/>
          <w:color w:val="808080"/>
        </w:rPr>
        <w:t>[ Figure 2. Caption here. ]</w:t>
      </w:r>
    </w:p>
    <w:p>
      <w:pPr>
        <w:pStyle w:val="Heading1"/>
      </w:pPr>
      <w:r>
        <w:rPr>
          <w:b w:val="0"/>
          <w:i w:val="0"/>
        </w:rPr>
        <w:t>3. Conclusion and acknowledgements</w:t>
      </w:r>
    </w:p>
    <w:p>
      <w:pPr>
        <w:spacing w:after="200"/>
      </w:pPr>
      <w:r>
        <w:rPr>
          <w:b w:val="0"/>
          <w:i/>
          <w:color w:val="808080"/>
          <w:sz w:val="20"/>
        </w:rPr>
        <w:t>Wrap up: main take-home message, limitations, next steps, and the people or organisations you want to acknowledge.</w:t>
      </w:r>
    </w:p>
    <w:p>
      <w:pPr>
        <w:pStyle w:val="Heading1"/>
      </w:pPr>
      <w:r>
        <w:rPr>
          <w:b w:val="0"/>
          <w:i w:val="0"/>
        </w:rPr>
        <w:t>4. References</w:t>
      </w:r>
    </w:p>
    <w:p>
      <w:pPr>
        <w:spacing w:after="200"/>
      </w:pPr>
      <w:r>
        <w:rPr>
          <w:b w:val="0"/>
          <w:i/>
          <w:color w:val="808080"/>
          <w:sz w:val="20"/>
        </w:rPr>
        <w:t>List the references, datasets and documentation you relied on.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Appendix — Self-assessment checklist (optional)</w:t>
      </w:r>
    </w:p>
    <w:p>
      <w:pPr>
        <w:spacing w:after="200"/>
      </w:pPr>
      <w:r>
        <w:rPr>
          <w:b w:val="0"/>
          <w:i/>
          <w:color w:val="808080"/>
          <w:sz w:val="20"/>
        </w:rPr>
        <w:t>Rate your own project from 1 to 3: 1 = does not meet expectations, 2 = partially meets expectations, 3 = totally meets expectations.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val="clear" w:color="auto" w:fill="D9E2F3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F3864"/>
                <w:sz w:val="20"/>
              </w:rPr>
              <w:t>Criterion</w:t>
            </w:r>
          </w:p>
        </w:tc>
        <w:tc>
          <w:tcPr>
            <w:tcW w:type="dxa" w:w="4535"/>
            <w:shd w:val="clear" w:color="auto" w:fill="D9E2F3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F3864"/>
                <w:sz w:val="20"/>
              </w:rPr>
              <w:t>What is expected</w:t>
            </w:r>
          </w:p>
        </w:tc>
        <w:tc>
          <w:tcPr>
            <w:tcW w:type="dxa" w:w="1701"/>
            <w:shd w:val="clear" w:color="auto" w:fill="D9E2F3"/>
          </w:tcPr>
          <w:p>
            <w:pPr>
              <w:spacing w:after="40" w:before="40"/>
            </w:pPr>
            <w:r/>
            <w:r>
              <w:rPr>
                <w:b/>
                <w:i w:val="0"/>
                <w:color w:val="1F3864"/>
                <w:sz w:val="20"/>
              </w:rPr>
              <w:t>Rating (1-3)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Use of open-science best practices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Uses 3 open-science tools learned in week 1, or justifies not using them.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Skills and technologies learnt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Uses 1 skill, method or technology learned during the school.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Project relevance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The project is relevant to brain data analysis.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Clarity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The presentation is easy to follow and supported by convincing material.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Bonus — reproducibility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Highly reproducible project.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Bonus — technological achievement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Noteworthy technical achievement.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Bonus — presentation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Exciting presentation.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Bonus — nice brain picture</w:t>
            </w:r>
          </w:p>
        </w:tc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i w:val="0"/>
                <w:sz w:val="20"/>
              </w:rPr>
              <w:t>A nice brain picture!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b w:val="0"/>
                <w:i/>
                <w:sz w:val="20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2E549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E5496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4040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2E549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595959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BrainHack Donostia - Project Template</dc:title>
  <dc:subject>Project write-up template for BrainHack Donostia participants</dc:subject>
  <dc:creator>BrainHack Donostia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